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D3F22" w14:textId="77777777" w:rsidR="00253272" w:rsidRDefault="001A4CB4" w:rsidP="001A4CB4">
      <w:pPr>
        <w:jc w:val="center"/>
        <w:rPr>
          <w:noProof/>
        </w:rPr>
      </w:pPr>
      <w:r w:rsidRPr="001A4CB4">
        <w:rPr>
          <w:noProof/>
        </w:rPr>
        <w:t xml:space="preserve"> </w:t>
      </w:r>
      <w:r>
        <w:rPr>
          <w:noProof/>
        </w:rPr>
        <w:drawing>
          <wp:inline distT="0" distB="0" distL="0" distR="0" wp14:anchorId="51DD3413" wp14:editId="2E239937">
            <wp:extent cx="2582238" cy="861045"/>
            <wp:effectExtent l="0" t="0" r="0" b="0"/>
            <wp:docPr id="145786874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7868742" name="Picture 145786874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6415" cy="86910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3AB7E98" w14:textId="307BE42D" w:rsidR="00FE4C75" w:rsidRPr="00724DF9" w:rsidRDefault="00253272" w:rsidP="00253272">
      <w:pPr>
        <w:rPr>
          <w:sz w:val="24"/>
          <w:szCs w:val="24"/>
        </w:rPr>
      </w:pPr>
      <w:r w:rsidRPr="00724DF9">
        <w:rPr>
          <w:noProof/>
          <w:sz w:val="24"/>
          <w:szCs w:val="24"/>
        </w:rPr>
        <w:t>De</w:t>
      </w:r>
      <w:proofErr w:type="spellStart"/>
      <w:r w:rsidRPr="00724DF9">
        <w:rPr>
          <w:sz w:val="24"/>
          <w:szCs w:val="24"/>
        </w:rPr>
        <w:t>ar</w:t>
      </w:r>
      <w:proofErr w:type="spellEnd"/>
      <w:r w:rsidRPr="00724DF9">
        <w:rPr>
          <w:sz w:val="24"/>
          <w:szCs w:val="24"/>
        </w:rPr>
        <w:t xml:space="preserve"> </w:t>
      </w:r>
      <w:proofErr w:type="spellStart"/>
      <w:r w:rsidRPr="00724DF9">
        <w:rPr>
          <w:sz w:val="24"/>
          <w:szCs w:val="24"/>
        </w:rPr>
        <w:t>Councillors</w:t>
      </w:r>
      <w:proofErr w:type="spellEnd"/>
      <w:r w:rsidRPr="00724DF9">
        <w:rPr>
          <w:sz w:val="24"/>
          <w:szCs w:val="24"/>
        </w:rPr>
        <w:t xml:space="preserve"> and Members</w:t>
      </w:r>
    </w:p>
    <w:p w14:paraId="452468DB" w14:textId="22074EF9" w:rsidR="00FE4C75" w:rsidRPr="00724DF9" w:rsidRDefault="00B867D0">
      <w:pPr>
        <w:rPr>
          <w:sz w:val="24"/>
          <w:szCs w:val="24"/>
        </w:rPr>
      </w:pPr>
      <w:r w:rsidRPr="00724DF9">
        <w:rPr>
          <w:sz w:val="24"/>
          <w:szCs w:val="24"/>
        </w:rPr>
        <w:t xml:space="preserve">I hereby </w:t>
      </w:r>
      <w:proofErr w:type="gramStart"/>
      <w:r w:rsidRPr="00724DF9">
        <w:rPr>
          <w:sz w:val="24"/>
          <w:szCs w:val="24"/>
        </w:rPr>
        <w:t>summons</w:t>
      </w:r>
      <w:proofErr w:type="gramEnd"/>
      <w:r w:rsidRPr="00724DF9">
        <w:rPr>
          <w:sz w:val="24"/>
          <w:szCs w:val="24"/>
        </w:rPr>
        <w:t xml:space="preserve"> Councillors and invite members to attend a </w:t>
      </w:r>
      <w:r w:rsidR="004E2ADF" w:rsidRPr="00724DF9">
        <w:rPr>
          <w:sz w:val="24"/>
          <w:szCs w:val="24"/>
        </w:rPr>
        <w:t>m</w:t>
      </w:r>
      <w:r w:rsidRPr="00724DF9">
        <w:rPr>
          <w:sz w:val="24"/>
          <w:szCs w:val="24"/>
        </w:rPr>
        <w:t>eeting of Wendron Parish Council to be held on:</w:t>
      </w:r>
    </w:p>
    <w:p w14:paraId="20D77905" w14:textId="243ECED9" w:rsidR="00FE4C75" w:rsidRPr="00724DF9" w:rsidRDefault="00B867D0" w:rsidP="00CA7E89">
      <w:pPr>
        <w:jc w:val="center"/>
        <w:rPr>
          <w:b/>
          <w:bCs/>
          <w:sz w:val="24"/>
          <w:szCs w:val="24"/>
        </w:rPr>
      </w:pPr>
      <w:r w:rsidRPr="00724DF9">
        <w:rPr>
          <w:b/>
          <w:bCs/>
          <w:sz w:val="24"/>
          <w:szCs w:val="24"/>
        </w:rPr>
        <w:t>Monday 7th September 2026 at 7.30pm</w:t>
      </w:r>
      <w:r w:rsidR="001A4CB4" w:rsidRPr="00724DF9">
        <w:rPr>
          <w:b/>
          <w:bCs/>
          <w:sz w:val="24"/>
          <w:szCs w:val="24"/>
        </w:rPr>
        <w:t xml:space="preserve"> at Wendron Cricket Club</w:t>
      </w:r>
    </w:p>
    <w:p w14:paraId="38A5C291" w14:textId="666E5073" w:rsidR="001A4CB4" w:rsidRPr="00724DF9" w:rsidRDefault="001A4CB4">
      <w:pPr>
        <w:rPr>
          <w:sz w:val="24"/>
          <w:szCs w:val="24"/>
        </w:rPr>
      </w:pPr>
      <w:r w:rsidRPr="00724DF9">
        <w:rPr>
          <w:sz w:val="24"/>
          <w:szCs w:val="24"/>
        </w:rPr>
        <w:t>The Clerk</w:t>
      </w:r>
    </w:p>
    <w:p w14:paraId="7B0222E0" w14:textId="5937B7B6" w:rsidR="001A4CB4" w:rsidRPr="00724DF9" w:rsidRDefault="001A4CB4">
      <w:pPr>
        <w:rPr>
          <w:sz w:val="24"/>
          <w:szCs w:val="24"/>
        </w:rPr>
      </w:pPr>
      <w:r w:rsidRPr="00724DF9">
        <w:rPr>
          <w:sz w:val="24"/>
          <w:szCs w:val="24"/>
        </w:rPr>
        <w:t>Wendron Parish Council</w:t>
      </w:r>
    </w:p>
    <w:p w14:paraId="24D0FF55" w14:textId="6E8F18FB" w:rsidR="001A4CB4" w:rsidRPr="00724DF9" w:rsidRDefault="001A4CB4">
      <w:pPr>
        <w:rPr>
          <w:sz w:val="24"/>
          <w:szCs w:val="24"/>
        </w:rPr>
      </w:pPr>
      <w:r w:rsidRPr="00724DF9">
        <w:rPr>
          <w:sz w:val="24"/>
          <w:szCs w:val="24"/>
        </w:rPr>
        <w:t>clerk@wendronparishcouncil.org.uk</w:t>
      </w:r>
    </w:p>
    <w:p w14:paraId="14EB7BC3" w14:textId="012C0058" w:rsidR="00FE4C75" w:rsidRPr="00724DF9" w:rsidRDefault="00B867D0" w:rsidP="001A4CB4">
      <w:pPr>
        <w:jc w:val="center"/>
        <w:rPr>
          <w:b/>
          <w:bCs/>
          <w:sz w:val="32"/>
          <w:szCs w:val="32"/>
        </w:rPr>
      </w:pPr>
      <w:r w:rsidRPr="00724DF9">
        <w:rPr>
          <w:b/>
          <w:bCs/>
          <w:sz w:val="32"/>
          <w:szCs w:val="32"/>
        </w:rPr>
        <w:t>AGENDA</w:t>
      </w:r>
    </w:p>
    <w:p w14:paraId="28F7ABCD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  </w:t>
      </w:r>
      <w:r w:rsidRPr="00724DF9">
        <w:rPr>
          <w:sz w:val="32"/>
          <w:szCs w:val="32"/>
        </w:rPr>
        <w:t>To</w:t>
      </w:r>
      <w:proofErr w:type="gramEnd"/>
      <w:r w:rsidRPr="00724DF9">
        <w:rPr>
          <w:sz w:val="32"/>
          <w:szCs w:val="32"/>
        </w:rPr>
        <w:t xml:space="preserve"> Receive Apologies for Absence</w:t>
      </w:r>
    </w:p>
    <w:p w14:paraId="4086A7A5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2  </w:t>
      </w:r>
      <w:r w:rsidRPr="00724DF9">
        <w:rPr>
          <w:sz w:val="32"/>
          <w:szCs w:val="32"/>
        </w:rPr>
        <w:t>To</w:t>
      </w:r>
      <w:proofErr w:type="gramEnd"/>
      <w:r w:rsidRPr="00724DF9">
        <w:rPr>
          <w:sz w:val="32"/>
          <w:szCs w:val="32"/>
        </w:rPr>
        <w:t xml:space="preserve"> Receive Declarations of Interest</w:t>
      </w:r>
    </w:p>
    <w:p w14:paraId="08DA4C6C" w14:textId="77777777" w:rsidR="00FE4C75" w:rsidRPr="00724DF9" w:rsidRDefault="00B867D0">
      <w:pPr>
        <w:spacing w:after="60"/>
        <w:rPr>
          <w:sz w:val="32"/>
          <w:szCs w:val="32"/>
        </w:rPr>
      </w:pPr>
      <w:r w:rsidRPr="00724DF9">
        <w:rPr>
          <w:b/>
          <w:sz w:val="32"/>
          <w:szCs w:val="32"/>
        </w:rPr>
        <w:t>a</w:t>
      </w:r>
      <w:proofErr w:type="gramStart"/>
      <w:r w:rsidRPr="00724DF9">
        <w:rPr>
          <w:b/>
          <w:sz w:val="32"/>
          <w:szCs w:val="32"/>
        </w:rPr>
        <w:t xml:space="preserve">)  </w:t>
      </w:r>
      <w:r w:rsidRPr="00724DF9">
        <w:rPr>
          <w:sz w:val="32"/>
          <w:szCs w:val="32"/>
        </w:rPr>
        <w:t>In</w:t>
      </w:r>
      <w:proofErr w:type="gramEnd"/>
      <w:r w:rsidRPr="00724DF9">
        <w:rPr>
          <w:sz w:val="32"/>
          <w:szCs w:val="32"/>
        </w:rPr>
        <w:t xml:space="preserve"> items on the agenda</w:t>
      </w:r>
    </w:p>
    <w:p w14:paraId="39B278CB" w14:textId="77777777" w:rsidR="00FE4C75" w:rsidRPr="00724DF9" w:rsidRDefault="00B867D0">
      <w:pPr>
        <w:spacing w:after="60"/>
        <w:rPr>
          <w:sz w:val="32"/>
          <w:szCs w:val="32"/>
        </w:rPr>
      </w:pPr>
      <w:r w:rsidRPr="00724DF9">
        <w:rPr>
          <w:b/>
          <w:sz w:val="32"/>
          <w:szCs w:val="32"/>
        </w:rPr>
        <w:t>b</w:t>
      </w:r>
      <w:proofErr w:type="gramStart"/>
      <w:r w:rsidRPr="00724DF9">
        <w:rPr>
          <w:b/>
          <w:sz w:val="32"/>
          <w:szCs w:val="32"/>
        </w:rPr>
        <w:t xml:space="preserve">)  </w:t>
      </w:r>
      <w:r w:rsidRPr="00724DF9">
        <w:rPr>
          <w:sz w:val="32"/>
          <w:szCs w:val="32"/>
        </w:rPr>
        <w:t>Of</w:t>
      </w:r>
      <w:proofErr w:type="gramEnd"/>
      <w:r w:rsidRPr="00724DF9">
        <w:rPr>
          <w:sz w:val="32"/>
          <w:szCs w:val="32"/>
        </w:rPr>
        <w:t xml:space="preserve"> gifts (over £50)</w:t>
      </w:r>
    </w:p>
    <w:p w14:paraId="0ED0C802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3  </w:t>
      </w:r>
      <w:r w:rsidRPr="00724DF9">
        <w:rPr>
          <w:sz w:val="32"/>
          <w:szCs w:val="32"/>
        </w:rPr>
        <w:t>To</w:t>
      </w:r>
      <w:proofErr w:type="gramEnd"/>
      <w:r w:rsidRPr="00724DF9">
        <w:rPr>
          <w:sz w:val="32"/>
          <w:szCs w:val="32"/>
        </w:rPr>
        <w:t xml:space="preserve"> confirm the Minutes of the Meeting held on 13th July 2026</w:t>
      </w:r>
    </w:p>
    <w:p w14:paraId="7A95BA68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4  </w:t>
      </w:r>
      <w:r w:rsidRPr="00724DF9">
        <w:rPr>
          <w:sz w:val="32"/>
          <w:szCs w:val="32"/>
        </w:rPr>
        <w:t>Matters</w:t>
      </w:r>
      <w:proofErr w:type="gramEnd"/>
      <w:r w:rsidRPr="00724DF9">
        <w:rPr>
          <w:sz w:val="32"/>
          <w:szCs w:val="32"/>
        </w:rPr>
        <w:t xml:space="preserve"> Arising from the Meeting held on 13th July 2026, not covered elsewhere on this Agenda</w:t>
      </w:r>
    </w:p>
    <w:p w14:paraId="5D1D2523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5  </w:t>
      </w:r>
      <w:r w:rsidRPr="00724DF9">
        <w:rPr>
          <w:sz w:val="32"/>
          <w:szCs w:val="32"/>
        </w:rPr>
        <w:t>Cornwall</w:t>
      </w:r>
      <w:proofErr w:type="gramEnd"/>
      <w:r w:rsidRPr="00724DF9">
        <w:rPr>
          <w:sz w:val="32"/>
          <w:szCs w:val="32"/>
        </w:rPr>
        <w:t xml:space="preserve"> Councillor’s Update</w:t>
      </w:r>
    </w:p>
    <w:p w14:paraId="42268535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6  </w:t>
      </w:r>
      <w:r w:rsidRPr="00724DF9">
        <w:rPr>
          <w:sz w:val="32"/>
          <w:szCs w:val="32"/>
        </w:rPr>
        <w:t>Public</w:t>
      </w:r>
      <w:proofErr w:type="gramEnd"/>
      <w:r w:rsidRPr="00724DF9">
        <w:rPr>
          <w:sz w:val="32"/>
          <w:szCs w:val="32"/>
        </w:rPr>
        <w:t xml:space="preserve"> Participation</w:t>
      </w:r>
    </w:p>
    <w:p w14:paraId="5AD125C2" w14:textId="32B58110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7  </w:t>
      </w:r>
      <w:r w:rsidRPr="00724DF9">
        <w:rPr>
          <w:sz w:val="32"/>
          <w:szCs w:val="32"/>
        </w:rPr>
        <w:t>The</w:t>
      </w:r>
      <w:proofErr w:type="gramEnd"/>
      <w:r w:rsidRPr="00724DF9">
        <w:rPr>
          <w:sz w:val="32"/>
          <w:szCs w:val="32"/>
        </w:rPr>
        <w:t xml:space="preserve"> Leats – </w:t>
      </w:r>
      <w:r w:rsidR="001A4CB4" w:rsidRPr="00724DF9">
        <w:rPr>
          <w:sz w:val="32"/>
          <w:szCs w:val="32"/>
        </w:rPr>
        <w:t xml:space="preserve">Further consideration </w:t>
      </w:r>
      <w:r w:rsidR="00AC6253" w:rsidRPr="00724DF9">
        <w:rPr>
          <w:sz w:val="32"/>
          <w:szCs w:val="32"/>
        </w:rPr>
        <w:t>to the terms of reference for a joint committee</w:t>
      </w:r>
    </w:p>
    <w:p w14:paraId="24A265B6" w14:textId="26B9E9E9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8  </w:t>
      </w:r>
      <w:r w:rsidR="001A4CB4" w:rsidRPr="00724DF9">
        <w:rPr>
          <w:sz w:val="32"/>
          <w:szCs w:val="32"/>
        </w:rPr>
        <w:t>To</w:t>
      </w:r>
      <w:proofErr w:type="gramEnd"/>
      <w:r w:rsidR="001A4CB4" w:rsidRPr="00724DF9">
        <w:rPr>
          <w:sz w:val="32"/>
          <w:szCs w:val="32"/>
        </w:rPr>
        <w:t xml:space="preserve"> consider a</w:t>
      </w:r>
      <w:r w:rsidR="007E4EF6" w:rsidRPr="00724DF9">
        <w:rPr>
          <w:sz w:val="32"/>
          <w:szCs w:val="32"/>
        </w:rPr>
        <w:t>n additional</w:t>
      </w:r>
      <w:r w:rsidR="001A4CB4" w:rsidRPr="00724DF9">
        <w:rPr>
          <w:sz w:val="32"/>
          <w:szCs w:val="32"/>
        </w:rPr>
        <w:t xml:space="preserve"> bin for Rowes Lane Park an Daras</w:t>
      </w:r>
    </w:p>
    <w:p w14:paraId="6B71F239" w14:textId="7CB856E0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9  </w:t>
      </w:r>
      <w:r w:rsidRPr="00724DF9">
        <w:rPr>
          <w:sz w:val="32"/>
          <w:szCs w:val="32"/>
        </w:rPr>
        <w:t>IT</w:t>
      </w:r>
      <w:proofErr w:type="gramEnd"/>
      <w:r w:rsidRPr="00724DF9">
        <w:rPr>
          <w:sz w:val="32"/>
          <w:szCs w:val="32"/>
        </w:rPr>
        <w:t xml:space="preserve"> Migration – Update</w:t>
      </w:r>
      <w:r w:rsidR="001A4CB4" w:rsidRPr="00724DF9">
        <w:rPr>
          <w:sz w:val="32"/>
          <w:szCs w:val="32"/>
        </w:rPr>
        <w:t xml:space="preserve"> and to agree to migration dates</w:t>
      </w:r>
    </w:p>
    <w:p w14:paraId="0D666CE5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10  </w:t>
      </w:r>
      <w:r w:rsidRPr="00724DF9">
        <w:rPr>
          <w:sz w:val="32"/>
          <w:szCs w:val="32"/>
        </w:rPr>
        <w:t>Neighbourhood</w:t>
      </w:r>
      <w:proofErr w:type="gramEnd"/>
      <w:r w:rsidRPr="00724DF9">
        <w:rPr>
          <w:sz w:val="32"/>
          <w:szCs w:val="32"/>
        </w:rPr>
        <w:t xml:space="preserve"> Development Plan – Update</w:t>
      </w:r>
    </w:p>
    <w:p w14:paraId="2EFF1A84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11  </w:t>
      </w:r>
      <w:r w:rsidRPr="00724DF9">
        <w:rPr>
          <w:sz w:val="32"/>
          <w:szCs w:val="32"/>
        </w:rPr>
        <w:t>FINANCE</w:t>
      </w:r>
      <w:proofErr w:type="gramEnd"/>
    </w:p>
    <w:p w14:paraId="0BA90675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11.1  </w:t>
      </w:r>
      <w:r w:rsidRPr="00724DF9">
        <w:rPr>
          <w:sz w:val="32"/>
          <w:szCs w:val="32"/>
        </w:rPr>
        <w:t>Financial</w:t>
      </w:r>
      <w:proofErr w:type="gramEnd"/>
      <w:r w:rsidRPr="00724DF9">
        <w:rPr>
          <w:sz w:val="32"/>
          <w:szCs w:val="32"/>
        </w:rPr>
        <w:t xml:space="preserve"> Position – To note current financial position.</w:t>
      </w:r>
    </w:p>
    <w:p w14:paraId="6E697B6F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11.2  </w:t>
      </w:r>
      <w:r w:rsidRPr="00724DF9">
        <w:rPr>
          <w:sz w:val="32"/>
          <w:szCs w:val="32"/>
        </w:rPr>
        <w:t>Payments</w:t>
      </w:r>
      <w:proofErr w:type="gramEnd"/>
      <w:r w:rsidRPr="00724DF9">
        <w:rPr>
          <w:sz w:val="32"/>
          <w:szCs w:val="32"/>
        </w:rPr>
        <w:t xml:space="preserve"> – To authorise payments for September 2026.</w:t>
      </w:r>
    </w:p>
    <w:p w14:paraId="3132728C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12  </w:t>
      </w:r>
      <w:r w:rsidRPr="00724DF9">
        <w:rPr>
          <w:sz w:val="32"/>
          <w:szCs w:val="32"/>
        </w:rPr>
        <w:t>PLANNING</w:t>
      </w:r>
      <w:proofErr w:type="gramEnd"/>
    </w:p>
    <w:p w14:paraId="7761449D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12.1  </w:t>
      </w:r>
      <w:r w:rsidRPr="00724DF9">
        <w:rPr>
          <w:sz w:val="32"/>
          <w:szCs w:val="32"/>
        </w:rPr>
        <w:t>Planning</w:t>
      </w:r>
      <w:proofErr w:type="gramEnd"/>
      <w:r w:rsidRPr="00724DF9">
        <w:rPr>
          <w:sz w:val="32"/>
          <w:szCs w:val="32"/>
        </w:rPr>
        <w:t xml:space="preserve"> Decisions</w:t>
      </w:r>
    </w:p>
    <w:p w14:paraId="6992407B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12.2  </w:t>
      </w:r>
      <w:r w:rsidRPr="00724DF9">
        <w:rPr>
          <w:sz w:val="32"/>
          <w:szCs w:val="32"/>
        </w:rPr>
        <w:t>Planning</w:t>
      </w:r>
      <w:proofErr w:type="gramEnd"/>
      <w:r w:rsidRPr="00724DF9">
        <w:rPr>
          <w:sz w:val="32"/>
          <w:szCs w:val="32"/>
        </w:rPr>
        <w:t xml:space="preserve"> applications received after publication of the </w:t>
      </w:r>
      <w:proofErr w:type="gramStart"/>
      <w:r w:rsidRPr="00724DF9">
        <w:rPr>
          <w:sz w:val="32"/>
          <w:szCs w:val="32"/>
        </w:rPr>
        <w:t>Agenda</w:t>
      </w:r>
      <w:proofErr w:type="gramEnd"/>
    </w:p>
    <w:p w14:paraId="2AC09BDB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12.3  </w:t>
      </w:r>
      <w:r w:rsidRPr="00724DF9">
        <w:rPr>
          <w:sz w:val="32"/>
          <w:szCs w:val="32"/>
        </w:rPr>
        <w:t>Planning</w:t>
      </w:r>
      <w:proofErr w:type="gramEnd"/>
      <w:r w:rsidRPr="00724DF9">
        <w:rPr>
          <w:sz w:val="32"/>
          <w:szCs w:val="32"/>
        </w:rPr>
        <w:t xml:space="preserve"> applications for consideration</w:t>
      </w:r>
    </w:p>
    <w:p w14:paraId="6DE66BAE" w14:textId="2731EEF6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hyperlink r:id="rId9" w:history="1"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P</w:t>
        </w:r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A26/05402 P</w:t>
        </w:r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roposed single storey extension to provide indoor swimming pool</w:t>
        </w:r>
      </w:hyperlink>
    </w:p>
    <w:p w14:paraId="3BBDEB72" w14:textId="7777777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Planning Application</w:t>
      </w:r>
    </w:p>
    <w:p w14:paraId="7FFE4A5A" w14:textId="7777777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lastRenderedPageBreak/>
        <w:t>Northwest Polmarth Farm Polmarth Carnmenellis Redruth Cornwall TR16 6NT</w:t>
      </w:r>
    </w:p>
    <w:p w14:paraId="4E811664" w14:textId="77777777" w:rsidR="00AC6253" w:rsidRPr="00724DF9" w:rsidRDefault="00AC6253" w:rsidP="00AC6253">
      <w:pPr>
        <w:numPr>
          <w:ilvl w:val="0"/>
          <w:numId w:val="10"/>
        </w:numPr>
        <w:shd w:val="clear" w:color="auto" w:fill="FEFEFE"/>
        <w:spacing w:before="100" w:beforeAutospacing="1" w:after="100" w:afterAutospacing="1"/>
        <w:jc w:val="right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b/>
          <w:bCs/>
          <w:noProof/>
          <w:color w:val="0964B9"/>
          <w:sz w:val="32"/>
          <w:szCs w:val="32"/>
          <w:lang w:val="en-GB" w:eastAsia="en-GB"/>
        </w:rPr>
        <mc:AlternateContent>
          <mc:Choice Requires="wps">
            <w:drawing>
              <wp:inline distT="0" distB="0" distL="0" distR="0" wp14:anchorId="2F16D557" wp14:editId="1A033383">
                <wp:extent cx="205740" cy="205740"/>
                <wp:effectExtent l="0" t="0" r="0" b="0"/>
                <wp:docPr id="745337491" name="AutoShape 1" descr="Make a consultee comment ico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05740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11AFCC" id="AutoShape 1" o:spid="_x0000_s1026" alt="Make a consultee comment icon" style="width:16.2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p w14:paraId="4944CEFF" w14:textId="59648E6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hyperlink r:id="rId10" w:history="1">
        <w:r w:rsidR="00655AD1"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PA</w:t>
        </w:r>
        <w:r w:rsidR="0093149E"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26/0576 Ere</w:t>
        </w:r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ction of new teaching block to replace temporary classrooms with variation of condition 2 of decision PA25/07229 27.11.2025.</w:t>
        </w:r>
      </w:hyperlink>
    </w:p>
    <w:p w14:paraId="6FC5F037" w14:textId="7777777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Planning Application</w:t>
      </w:r>
    </w:p>
    <w:p w14:paraId="179D572F" w14:textId="7777777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Nine Maidens Centre Nine Maidens Four Lanes Redruth Cornwall TR16 6ND</w:t>
      </w:r>
    </w:p>
    <w:p w14:paraId="7630305B" w14:textId="4B704EE6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hyperlink r:id="rId11" w:history="1"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P</w:t>
        </w:r>
        <w:r w:rsidR="0093149E"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A</w:t>
        </w:r>
        <w:r w:rsidR="00724DF9"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26/05395 P</w:t>
        </w:r>
        <w:r w:rsidRPr="00724DF9">
          <w:rPr>
            <w:rFonts w:ascii="Tahoma" w:eastAsia="Times New Roman" w:hAnsi="Tahoma" w:cs="Tahoma"/>
            <w:b/>
            <w:bCs/>
            <w:color w:val="0964B9"/>
            <w:sz w:val="32"/>
            <w:szCs w:val="32"/>
            <w:u w:val="single"/>
            <w:lang w:val="en-GB" w:eastAsia="en-GB"/>
          </w:rPr>
          <w:t>roposed new self-build dwelling in lieu of class Q approval</w:t>
        </w:r>
      </w:hyperlink>
    </w:p>
    <w:p w14:paraId="31BC0E9E" w14:textId="4E8CAF9C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proofErr w:type="spellStart"/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Plann</w:t>
      </w:r>
      <w:proofErr w:type="spellEnd"/>
      <w:r w:rsidR="0093149E"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/05395</w:t>
      </w: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ing Application</w:t>
      </w:r>
    </w:p>
    <w:p w14:paraId="16898B1C" w14:textId="77777777" w:rsidR="00AC6253" w:rsidRPr="00724DF9" w:rsidRDefault="00AC6253" w:rsidP="00AC6253">
      <w:pPr>
        <w:shd w:val="clear" w:color="auto" w:fill="FEFEFE"/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</w:pPr>
      <w:r w:rsidRPr="00724DF9">
        <w:rPr>
          <w:rFonts w:ascii="Tahoma" w:eastAsia="Times New Roman" w:hAnsi="Tahoma" w:cs="Tahoma"/>
          <w:color w:val="000000"/>
          <w:sz w:val="32"/>
          <w:szCs w:val="32"/>
          <w:lang w:val="en-GB" w:eastAsia="en-GB"/>
        </w:rPr>
        <w:t>Little Treloar Laity Wendron Helston Cornwall TR13 0NL</w:t>
      </w:r>
    </w:p>
    <w:p w14:paraId="30F7F0E9" w14:textId="77777777" w:rsidR="00AC6253" w:rsidRPr="00724DF9" w:rsidRDefault="00AC6253">
      <w:pPr>
        <w:spacing w:after="60"/>
        <w:rPr>
          <w:sz w:val="32"/>
          <w:szCs w:val="32"/>
        </w:rPr>
      </w:pPr>
    </w:p>
    <w:p w14:paraId="3A27ECFC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13  </w:t>
      </w:r>
      <w:r w:rsidRPr="00724DF9">
        <w:rPr>
          <w:sz w:val="32"/>
          <w:szCs w:val="32"/>
        </w:rPr>
        <w:t>Clerk</w:t>
      </w:r>
      <w:proofErr w:type="gramEnd"/>
      <w:r w:rsidRPr="00724DF9">
        <w:rPr>
          <w:sz w:val="32"/>
          <w:szCs w:val="32"/>
        </w:rPr>
        <w:t xml:space="preserve"> / RFO Report</w:t>
      </w:r>
    </w:p>
    <w:p w14:paraId="28BB63E1" w14:textId="7551B2C1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13.1  </w:t>
      </w:r>
      <w:r w:rsidRPr="00724DF9">
        <w:rPr>
          <w:sz w:val="32"/>
          <w:szCs w:val="32"/>
        </w:rPr>
        <w:t>Playground</w:t>
      </w:r>
      <w:proofErr w:type="gramEnd"/>
      <w:r w:rsidRPr="00724DF9">
        <w:rPr>
          <w:sz w:val="32"/>
          <w:szCs w:val="32"/>
        </w:rPr>
        <w:t xml:space="preserve"> </w:t>
      </w:r>
      <w:r w:rsidR="001A4CB4" w:rsidRPr="00724DF9">
        <w:rPr>
          <w:sz w:val="32"/>
          <w:szCs w:val="32"/>
        </w:rPr>
        <w:t>– to consider the playground options</w:t>
      </w:r>
    </w:p>
    <w:p w14:paraId="104ABB4D" w14:textId="6D626F19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13.3  </w:t>
      </w:r>
      <w:r w:rsidRPr="00724DF9">
        <w:rPr>
          <w:sz w:val="32"/>
          <w:szCs w:val="32"/>
        </w:rPr>
        <w:t>LMP</w:t>
      </w:r>
      <w:proofErr w:type="gramEnd"/>
      <w:r w:rsidRPr="00724DF9">
        <w:rPr>
          <w:sz w:val="32"/>
          <w:szCs w:val="32"/>
        </w:rPr>
        <w:t xml:space="preserve"> </w:t>
      </w:r>
      <w:r w:rsidR="001A4CB4" w:rsidRPr="00724DF9">
        <w:rPr>
          <w:sz w:val="32"/>
          <w:szCs w:val="32"/>
        </w:rPr>
        <w:t>and Grass Cutting – to discuss current provisions</w:t>
      </w:r>
    </w:p>
    <w:p w14:paraId="0814E52F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14  </w:t>
      </w:r>
      <w:r w:rsidRPr="00724DF9">
        <w:rPr>
          <w:sz w:val="32"/>
          <w:szCs w:val="32"/>
        </w:rPr>
        <w:t>Chairman’s</w:t>
      </w:r>
      <w:proofErr w:type="gramEnd"/>
      <w:r w:rsidRPr="00724DF9">
        <w:rPr>
          <w:sz w:val="32"/>
          <w:szCs w:val="32"/>
        </w:rPr>
        <w:t xml:space="preserve"> &amp; </w:t>
      </w:r>
      <w:proofErr w:type="spellStart"/>
      <w:r w:rsidRPr="00724DF9">
        <w:rPr>
          <w:sz w:val="32"/>
          <w:szCs w:val="32"/>
        </w:rPr>
        <w:t>Councillors’</w:t>
      </w:r>
      <w:proofErr w:type="spellEnd"/>
      <w:r w:rsidRPr="00724DF9">
        <w:rPr>
          <w:sz w:val="32"/>
          <w:szCs w:val="32"/>
        </w:rPr>
        <w:t xml:space="preserve"> Comments</w:t>
      </w:r>
    </w:p>
    <w:p w14:paraId="24A90090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15  </w:t>
      </w:r>
      <w:r w:rsidRPr="00724DF9">
        <w:rPr>
          <w:sz w:val="32"/>
          <w:szCs w:val="32"/>
        </w:rPr>
        <w:t>Matters</w:t>
      </w:r>
      <w:proofErr w:type="gramEnd"/>
      <w:r w:rsidRPr="00724DF9">
        <w:rPr>
          <w:sz w:val="32"/>
          <w:szCs w:val="32"/>
        </w:rPr>
        <w:t xml:space="preserve"> for Inclusion at Future Meetings</w:t>
      </w:r>
    </w:p>
    <w:p w14:paraId="0287488B" w14:textId="77777777" w:rsidR="00FE4C75" w:rsidRPr="00724DF9" w:rsidRDefault="00B867D0">
      <w:pPr>
        <w:spacing w:after="60"/>
        <w:rPr>
          <w:sz w:val="32"/>
          <w:szCs w:val="32"/>
        </w:rPr>
      </w:pPr>
      <w:proofErr w:type="gramStart"/>
      <w:r w:rsidRPr="00724DF9">
        <w:rPr>
          <w:b/>
          <w:sz w:val="32"/>
          <w:szCs w:val="32"/>
        </w:rPr>
        <w:t xml:space="preserve">16  </w:t>
      </w:r>
      <w:r w:rsidRPr="00724DF9">
        <w:rPr>
          <w:sz w:val="32"/>
          <w:szCs w:val="32"/>
        </w:rPr>
        <w:t>Date</w:t>
      </w:r>
      <w:proofErr w:type="gramEnd"/>
      <w:r w:rsidRPr="00724DF9">
        <w:rPr>
          <w:sz w:val="32"/>
          <w:szCs w:val="32"/>
        </w:rPr>
        <w:t xml:space="preserve"> of Next Meeting</w:t>
      </w:r>
    </w:p>
    <w:sectPr w:rsidR="00FE4C75" w:rsidRPr="00724DF9" w:rsidSect="004E2ADF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EB7E4" w14:textId="77777777" w:rsidR="009B089D" w:rsidRDefault="009B089D" w:rsidP="004E2ADF">
      <w:r>
        <w:separator/>
      </w:r>
    </w:p>
  </w:endnote>
  <w:endnote w:type="continuationSeparator" w:id="0">
    <w:p w14:paraId="0D07AB9D" w14:textId="77777777" w:rsidR="009B089D" w:rsidRDefault="009B089D" w:rsidP="004E2A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4BFA" w14:textId="77777777" w:rsidR="009B089D" w:rsidRDefault="009B089D" w:rsidP="004E2ADF">
      <w:r>
        <w:separator/>
      </w:r>
    </w:p>
  </w:footnote>
  <w:footnote w:type="continuationSeparator" w:id="0">
    <w:p w14:paraId="6030E745" w14:textId="77777777" w:rsidR="009B089D" w:rsidRDefault="009B089D" w:rsidP="004E2A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8F00BB8"/>
    <w:multiLevelType w:val="multilevel"/>
    <w:tmpl w:val="7D00C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82169F"/>
    <w:multiLevelType w:val="multilevel"/>
    <w:tmpl w:val="219CD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01369746">
    <w:abstractNumId w:val="8"/>
  </w:num>
  <w:num w:numId="2" w16cid:durableId="956720833">
    <w:abstractNumId w:val="6"/>
  </w:num>
  <w:num w:numId="3" w16cid:durableId="449470923">
    <w:abstractNumId w:val="5"/>
  </w:num>
  <w:num w:numId="4" w16cid:durableId="198861230">
    <w:abstractNumId w:val="4"/>
  </w:num>
  <w:num w:numId="5" w16cid:durableId="1095059456">
    <w:abstractNumId w:val="7"/>
  </w:num>
  <w:num w:numId="6" w16cid:durableId="249195066">
    <w:abstractNumId w:val="3"/>
  </w:num>
  <w:num w:numId="7" w16cid:durableId="1109931950">
    <w:abstractNumId w:val="2"/>
  </w:num>
  <w:num w:numId="8" w16cid:durableId="238292417">
    <w:abstractNumId w:val="1"/>
  </w:num>
  <w:num w:numId="9" w16cid:durableId="185483825">
    <w:abstractNumId w:val="0"/>
  </w:num>
  <w:num w:numId="10" w16cid:durableId="1162281101">
    <w:abstractNumId w:val="10"/>
  </w:num>
  <w:num w:numId="11" w16cid:durableId="28477237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6EC7"/>
    <w:rsid w:val="001A4CB4"/>
    <w:rsid w:val="00253272"/>
    <w:rsid w:val="0029639D"/>
    <w:rsid w:val="00326F90"/>
    <w:rsid w:val="004E2ADF"/>
    <w:rsid w:val="006114F0"/>
    <w:rsid w:val="00655AD1"/>
    <w:rsid w:val="00724DF9"/>
    <w:rsid w:val="007E4EF6"/>
    <w:rsid w:val="00880EED"/>
    <w:rsid w:val="0093149E"/>
    <w:rsid w:val="00942B6F"/>
    <w:rsid w:val="00996569"/>
    <w:rsid w:val="009B089D"/>
    <w:rsid w:val="009C18B0"/>
    <w:rsid w:val="009D62C8"/>
    <w:rsid w:val="009D7453"/>
    <w:rsid w:val="00A11202"/>
    <w:rsid w:val="00AA1D8D"/>
    <w:rsid w:val="00AC6253"/>
    <w:rsid w:val="00B47730"/>
    <w:rsid w:val="00B867D0"/>
    <w:rsid w:val="00C03128"/>
    <w:rsid w:val="00CA7E89"/>
    <w:rsid w:val="00CB0664"/>
    <w:rsid w:val="00CF5FCB"/>
    <w:rsid w:val="00FC693F"/>
    <w:rsid w:val="00FE4C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2A3129A"/>
  <w14:defaultImageDpi w14:val="300"/>
  <w15:docId w15:val="{3060EE80-CBB0-42A4-BA48-87FC11EF0D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E2A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2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lanning.cornwall.gov.uk/online-applications/applicationDetails.do?activeTab=summary&amp;keyVal=TJ71LYFGGY800&amp;prevPage=inTray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lanning.cornwall.gov.uk/online-applications/applicationDetails.do?activeTab=summary&amp;keyVal=TJYL9FFGHE000&amp;prevPage=inTra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lanning.cornwall.gov.uk/online-applications/applicationDetails.do?activeTab=summary&amp;keyVal=TJ775RFGH2L00&amp;prevPage=inTra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356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 Robins</dc:creator>
  <cp:keywords/>
  <dc:description/>
  <cp:lastModifiedBy>Jessica Robins</cp:lastModifiedBy>
  <cp:revision>7</cp:revision>
  <dcterms:created xsi:type="dcterms:W3CDTF">2026-09-01T12:15:00Z</dcterms:created>
  <dcterms:modified xsi:type="dcterms:W3CDTF">2026-09-01T14:26:00Z</dcterms:modified>
  <cp:category/>
</cp:coreProperties>
</file>